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BLACK PEPPER BEEF STIR-FRY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15 mins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Unknown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#beef #asian #stir-fry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4114800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ly2yyxxk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41148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'450g sirloin steak, sliced thinly against the grain'}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'Seasoning', 'item': '1/4 tsp salt'}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'Seasoning', 'item': '2 tsp ground black pepper'}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'4 tbsp sunflower oil'}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'1 tsp sesame oil'}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'2 onions, peeled and sliced thickly'}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'1 green bell pepper, deseeded and sliced'}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'1 red bell pepper, deseeded and sliced'}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'Sauce', 'item': '2 tbsp cornflour'}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'Sauce', 'item': '2 tbsp dark soy sauce'}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'Sauce', 'item': '2 tbsp oyster sauce'}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'Sauce', 'item': '1 tbsp Chinese rice wine or dry sherry'}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'Sauce', 'item': '120ml beef stock'}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'2 garlic cloves, minced'}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'1 tsp minced ginger'}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Slice the sirloin steak thinly against the grain. Peel and slice the onions into thick slices. Deseed and slice the green and red bell peppers. Mince the garlic and ginger.</w:t>
            </w: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Toss the steak slices with salt and 1 tsp of black pepper. Heat 3 tbsp of sunflower oil and sesame oil in a wok over high heat. Add the steak and stir-fry for 2-3 mins until browned. Remove the steak and set aside. Add the remaining sunflower oil to the wok, then stir-fry the onions and bell peppers for 3-4 mins until they start to soften. Mix cornflour, soy sauce, oyster sauce, and rice wine in a bowl. Add beef stock and remaining black pepper, stirring to combine. Add garlic and ginger to the wok, cooking for 1 min. Pour in the sauce, bring to a simmer, then return the steak to the wok, stirring to coat. Cook for an additional 2 mins.</w:t>
            </w: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Serve the black pepper beef over cooked rice, ensuring each portion has a generous amount of sauce and vegetables.</w:t>
            </w: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4"/>
              </w:rPr>
              <w:t>NOTES: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For a variation, substitute the beef with thin strips of pork or chicken.</w:t>
            </w: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