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SPINACH &amp; "RICOTTA" CANNELLONI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#pasta #vegetarian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98m5du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garlic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oz fresh spinach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batch (14 oz) vegan ricotta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- 21 oz tomato sauce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nutmeg (or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onion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- 14 tubes of dry cannelloni pasta (or Manicotti, gluten-free if needed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batch (7 oz) vegan cheese sauce (or store-bought vegan cheese)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First, prepare the vegan ricotta cheese (click for the recipe and instructions) for the homemade version or use store-bought vegan ricotta or vegan cream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some tomato sauce in an 8x11-inch (20x28cm)es (20x28 cm) casserole/baking dish to avoid sticking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Next, heat oil in a pan/skillet and sauté onion over medium heat. After a few minutes, add garlic, and spices. Also, add finely chopped spinach and sauté for a further 2-3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Process the spinach mixture and vegan ricotta in a food processor (just pulse a couple of times). If you don't have a food processor or blender, simply add the vegan ricotta to the pan and stir with a wooden spoon. Turn off the heat and set aside. Preheat oven to 360 °F (ca. 180 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spinach and ricotta mixture into a piping bag and pipe the filling into the uncooked Cannelloni tubes (see step-by-step photos above in the blog post). Position the Cannelloni tubes upright, which makes it easier to fill them. You can also add the filling to a freezer bag and cut off one of the edges.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Then place all tubes into the casserole dish. Pour over the remaining tomato sauce, covering all the tubes. Add vegan cheese on top. I used my easy vegan cheese sauce but you can use any store-bought vegan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for 30 minutes in the oven. I didn't use aluminum foil but if you notice after 15-20 minutes that it browns too much, simply cover the casserole dish with foil. Serve and garnish with fresh herbs. Enjoy! Store leftovers covered in the refrigerator for up to 3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