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5"/>
        <w:gridCol w:w="5940"/>
      </w:tblGrid>
      <w:tr w:rsidR="000D13C7" w14:paraId="10DE93ED" w14:textId="77777777" w:rsidTr="000D13C7">
        <w:tc>
          <w:tcPr>
            <w:tcW w:w="5395" w:type="dxa"/>
          </w:tcPr>
          <w:p w14:paraId="4ED402AD" w14:textId="77777777" w:rsidR="000D13C7" w:rsidRPr="00640B18" w:rsidRDefault="000D13C7" w:rsidP="000D13C7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  <w:b/>
                <w:i w:val="0"/>
                <w:caps/>
                <w:sz w:val="52"/>
              </w:rPr>
              <w:t>SPINACH &amp; "RICOTTA" CANNELLONI</w:t>
            </w:r>
          </w:p>
          <w:p w14:paraId="3677996A" w14:textId="77777777" w:rsidR="000D13C7" w:rsidRPr="00640B18" w:rsidRDefault="000D13C7" w:rsidP="000D13C7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  <w:b/>
                <w:i w:val="0"/>
                <w:caps w:val="0"/>
                <w:sz w:val="20"/>
              </w:rPr>
              <w:t>COOK TIME:</w:t>
            </w:r>
            <w:r>
              <w:rPr>
                <w:rFonts w:ascii="Montserrat" w:hAnsi="Montserrat"/>
                <w:b w:val="0"/>
                <w:i w:val="0"/>
                <w:caps w:val="0"/>
                <w:sz w:val="20"/>
              </w:rPr>
              <w:t xml:space="preserve"> 30 min</w:t>
            </w:r>
          </w:p>
          <w:p w14:paraId="254546EF" w14:textId="77777777" w:rsidR="000D13C7" w:rsidRPr="00640B18" w:rsidRDefault="000D13C7" w:rsidP="000D13C7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  <w:b/>
                <w:i w:val="0"/>
                <w:caps w:val="0"/>
                <w:sz w:val="20"/>
              </w:rPr>
              <w:t>SOURCE:</w:t>
            </w:r>
            <w:r>
              <w:rPr>
                <w:rFonts w:ascii="Montserrat" w:hAnsi="Montserrat"/>
                <w:b w:val="0"/>
                <w:i w:val="0"/>
                <w:caps w:val="0"/>
                <w:sz w:val="20"/>
              </w:rPr>
              <w:t xml:space="preserve"> </w:t>
            </w:r>
          </w:p>
          <w:p w14:paraId="3B2BECBE" w14:textId="547BA1F3" w:rsidR="000D13C7" w:rsidRDefault="000D13C7" w:rsidP="000D13C7">
            <w:pPr>
              <w:rPr>
                <w:rFonts w:ascii="Montserrat" w:hAnsi="Montserrat"/>
                <w:b/>
                <w:sz w:val="52"/>
              </w:rPr>
            </w:pPr>
            <w:r>
              <w:rPr>
                <w:rFonts w:ascii="Montserrat" w:hAnsi="Montserrat"/>
                <w:b w:val="0"/>
                <w:i/>
                <w:caps w:val="0"/>
                <w:sz w:val="18"/>
              </w:rPr>
              <w:t>#comfort-food #pasta #vegetarian</w:t>
            </w:r>
          </w:p>
        </w:tc>
        <w:tc>
          <w:tcPr>
            <w:tcW w:w="5940" w:type="dxa"/>
          </w:tcPr>
          <w:p w14:paraId="1F2606C6" w14:textId="05F91B23" w:rsidR="000D13C7" w:rsidRPr="000D13C7" w:rsidRDefault="000D13C7">
            <w:pPr>
              <w:rPr>
                <w:rFonts w:ascii="Montserrat" w:hAnsi="Montserrat"/>
                <w:bCs/>
                <w:sz w:val="20"/>
                <w:szCs w:val="20"/>
              </w:rPr>
            </w:pPr>
            <w:r>
              <w:drawing>
                <wp:inline xmlns:a="http://schemas.openxmlformats.org/drawingml/2006/main" xmlns:pic="http://schemas.openxmlformats.org/drawingml/2006/picture">
                  <wp:extent cx="2743200" cy="27432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sn9om6jp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27432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D1DCA0" w14:textId="77777777" w:rsidR="005F6824" w:rsidRPr="00640B18" w:rsidRDefault="005F6824">
      <w:pPr>
        <w:rPr>
          <w:rFonts w:ascii="Montserrat" w:hAnsi="Montserra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20"/>
        <w:gridCol w:w="6312"/>
      </w:tblGrid>
      <w:tr w:rsidR="005F6824" w:rsidRPr="00640B18" w14:paraId="4BF259EE" w14:textId="77777777" w:rsidTr="00D03A1A">
        <w:tc>
          <w:tcPr>
            <w:tcW w:w="4320" w:type="dxa"/>
          </w:tcPr>
          <w:p w14:paraId="4E43035E" w14:textId="77777777" w:rsidR="002F78D0" w:rsidRDefault="002F78D0">
            <w:pPr>
              <w:rPr>
                <w:rFonts w:ascii="Montserrat" w:hAnsi="Montserrat"/>
                <w:b/>
                <w:bCs/>
                <w:sz w:val="24"/>
                <w:szCs w:val="24"/>
              </w:rPr>
            </w:pPr>
            <w:r>
              <w:rPr>
                <w:rFonts w:ascii="Montserrat" w:hAnsi="Montserrat"/>
                <w:b/>
                <w:bCs/>
                <w:sz w:val="24"/>
                <w:szCs w:val="24"/>
              </w:rPr>
              <w:t>INGREDIENTS</w:t>
            </w:r>
          </w:p>
          <w:p w14:paraId="18099FAC" w14:textId="03A4399E" w:rsidR="005F6824" w:rsidRPr="00640B18" w:rsidRDefault="00000000">
            <w:pPr>
              <w:rPr>
                <w:rFonts w:ascii="Montserrat" w:hAnsi="Montserrat"/>
                <w:b/>
                <w:bCs/>
                <w:sz w:val="24"/>
                <w:szCs w:val="24"/>
              </w:rPr>
            </w:pP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- 1/2 tbsp oil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- 1 medium onion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- 2 large garlic cloves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- 7 oz fresh spinach (finely chopped)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- 1 batch (14 oz) vegan ricotta (*see notes)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- 21 oz tomato sauce (*see notes)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- 1/4 tsp nutmeg (or more to taste)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- 1/2 tsp onion powder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Salt and black pepper (to taste)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- 14 tubes of dry cannelloni pasta (or Manicotti, gluten-free if needed (*see notes)</w:t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- 1 batch (7 oz) vegan cheese sauce (or store-bought vegan cheese)</w:t>
              <w:br/>
            </w:r>
          </w:p>
        </w:tc>
        <w:tc>
          <w:tcPr>
            <w:tcW w:w="6312" w:type="dxa"/>
          </w:tcPr>
          <w:p w14:paraId="0EE39ADD" w14:textId="77777777" w:rsidR="003B2301" w:rsidRDefault="00000000">
            <w:pPr>
              <w:rPr>
                <w:rFonts w:ascii="Montserrat" w:hAnsi="Montserrat"/>
                <w:b/>
                <w:bCs/>
              </w:rPr>
            </w:pPr>
            <w:r w:rsidRPr="00640B18">
              <w:rPr>
                <w:rFonts w:ascii="Montserrat" w:hAnsi="Montserrat"/>
                <w:b/>
                <w:bCs/>
              </w:rPr>
              <w:t>PREP</w:t>
            </w:r>
          </w:p>
          <w:p w14:paraId="26D311DC" w14:textId="1A858247" w:rsidR="003B2301" w:rsidRDefault="00000000">
            <w:pPr>
              <w:rPr>
                <w:rFonts w:ascii="Montserrat" w:hAnsi="Montserrat"/>
              </w:rPr>
            </w:pPr>
          </w:p>
          <w:p w14:paraId="082413E8" w14:textId="6B1C5A42" w:rsidR="003B2301" w:rsidRDefault="00000000">
            <w:pPr>
              <w:rPr>
                <w:rFonts w:ascii="Montserrat" w:hAnsi="Montserrat"/>
              </w:rPr>
            </w:pPr>
            <w:r w:rsidRPr="00640B18">
              <w:rPr>
                <w:rFonts w:ascii="Montserrat" w:hAnsi="Montserrat"/>
                <w:b/>
                <w:bCs/>
              </w:rPr>
              <w:t>COOK</w:t>
            </w:r>
          </w:p>
          <w:p w14:paraId="4B93E945" w14:textId="67717F0D" w:rsidR="003B2301" w:rsidRDefault="00000000">
            <w:pPr>
              <w:rPr>
                <w:rFonts w:ascii="Montserrat" w:hAnsi="Montserrat"/>
              </w:rPr>
            </w:pPr>
            <w:r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1. First, prepare the vegan ricotta cheese (click for the recipe and instructions) for the homemade version or use store-bought vegan ricotta or vegan cream cheese.</w:t>
            </w:r>
            <w:r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2. Pour some tomato sauce in an 8x11-inch (20x28cm)es (20x28 cm) casserole/baking dish to avoid sticking and set aside.</w:t>
            </w:r>
            <w:r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3. Next, heat oil in a pan/skillet and sauté onion over medium heat. After a few minutes, add garlic, and spices. Also, add finely chopped spinach and sauté for a further 2-3 minutes.</w:t>
            </w:r>
            <w:r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4. Process the spinach mixture and vegan ricotta in a food processor (just pulse a couple of times). If you don't have a food processor or blender, simply add the vegan ricotta to the pan and stir with a wooden spoon. Turn off the heat and set aside. Preheat oven to 360 °F (ca. 180 °C).</w:t>
            </w:r>
            <w:r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5. Add the spinach and ricotta mixture into a piping bag and pipe the filling into the uncooked Cannelloni tubes (see step-by-step photos above in the blog post). Position the Cannelloni tubes upright, which makes it easier to fill them. You can also add the filling to a freezer bag and cut off one of the edges.</w:t>
            </w:r>
            <w:r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6. Then place all tubes into the casserole dish. Pour over the remaining tomato sauce, covering all the tubes. Add vegan cheese on top. I used my easy vegan cheese sauce but you can use any store-bought vegan cheese.</w:t>
            </w:r>
            <w:r>
              <w:br/>
            </w:r>
            <w:r>
              <w:rPr>
                <w:rFonts w:ascii="Montserrat" w:hAnsi="Montserrat"/>
                <w:b w:val="0"/>
                <w:i w:val="0"/>
                <w:caps w:val="0"/>
                <w:sz w:val="18"/>
              </w:rPr>
              <w:t>7. Bake for 30 minutes in the oven. I didn't use aluminum foil but if you notice after 15-20 minutes that it browns too much, simply cover the casserole dish with foil. Serve and garnish with fresh herbs. Enjoy! Store leftovers covered in the refrigerator for up to 3 days.</w:t>
            </w:r>
          </w:p>
          <w:p w14:paraId="34B812B9" w14:textId="77777777" w:rsidR="003B2301" w:rsidRDefault="00000000">
            <w:pPr>
              <w:rPr>
                <w:rFonts w:ascii="Montserrat" w:hAnsi="Montserrat"/>
              </w:rPr>
            </w:pPr>
            <w:r w:rsidRPr="00640B18">
              <w:rPr>
                <w:rFonts w:ascii="Montserrat" w:hAnsi="Montserrat"/>
                <w:b/>
                <w:bCs/>
              </w:rPr>
              <w:t>PLATING</w:t>
            </w:r>
          </w:p>
          <w:p w14:paraId="464766EB" w14:textId="03CB98F8" w:rsidR="005F6824" w:rsidRDefault="00000000">
            <w:pPr>
              <w:rPr>
                <w:rFonts w:ascii="Montserrat" w:hAnsi="Montserrat"/>
              </w:rPr>
            </w:pPr>
          </w:p>
          <w:p w14:paraId="443F5024" w14:textId="446E03C8" w:rsidR="003B2301" w:rsidRPr="00640B18" w:rsidRDefault="003B2301">
            <w:pPr>
              <w:rPr>
                <w:rFonts w:ascii="Montserrat" w:hAnsi="Montserrat"/>
              </w:rPr>
            </w:pPr>
          </w:p>
        </w:tc>
      </w:tr>
    </w:tbl>
    <w:p w14:paraId="2B70EC09" w14:textId="77777777" w:rsidR="005F6824" w:rsidRPr="00640B18" w:rsidRDefault="005F6824">
      <w:pPr>
        <w:rPr>
          <w:rFonts w:ascii="Montserrat" w:hAnsi="Montserrat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0A7673" w14:paraId="50582224" w14:textId="77777777" w:rsidTr="000A7673">
        <w:tc>
          <w:tcPr>
            <w:tcW w:w="10790" w:type="dxa"/>
          </w:tcPr>
          <w:p w14:paraId="78A440D5" w14:textId="15B8E08A" w:rsidR="000A7673" w:rsidRDefault="000A7673" w:rsidP="000A7673">
            <w:pPr>
              <w:rPr>
                <w:rFonts w:ascii="Montserrat" w:hAnsi="Montserrat"/>
                <w:b/>
                <w:sz w:val="24"/>
              </w:rPr>
            </w:pPr>
          </w:p>
        </w:tc>
      </w:tr>
    </w:tbl>
    <w:p w14:paraId="728D7119" w14:textId="77777777" w:rsidR="000A7673" w:rsidRPr="00D72BB5" w:rsidRDefault="000A7673">
      <w:pPr>
        <w:rPr>
          <w:rFonts w:ascii="Montserrat" w:hAnsi="Montserrat"/>
          <w:b/>
          <w:sz w:val="24"/>
        </w:rPr>
      </w:pPr>
    </w:p>
    <w:sectPr w:rsidR="000A7673" w:rsidRPr="00D72BB5" w:rsidSect="002F78D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2621450">
    <w:abstractNumId w:val="8"/>
  </w:num>
  <w:num w:numId="2" w16cid:durableId="1835489650">
    <w:abstractNumId w:val="6"/>
  </w:num>
  <w:num w:numId="3" w16cid:durableId="433062874">
    <w:abstractNumId w:val="5"/>
  </w:num>
  <w:num w:numId="4" w16cid:durableId="1119641605">
    <w:abstractNumId w:val="4"/>
  </w:num>
  <w:num w:numId="5" w16cid:durableId="118232946">
    <w:abstractNumId w:val="7"/>
  </w:num>
  <w:num w:numId="6" w16cid:durableId="4866948">
    <w:abstractNumId w:val="3"/>
  </w:num>
  <w:num w:numId="7" w16cid:durableId="93982235">
    <w:abstractNumId w:val="2"/>
  </w:num>
  <w:num w:numId="8" w16cid:durableId="150996780">
    <w:abstractNumId w:val="1"/>
  </w:num>
  <w:num w:numId="9" w16cid:durableId="696737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09B4"/>
    <w:rsid w:val="000A7673"/>
    <w:rsid w:val="000D13C7"/>
    <w:rsid w:val="0015074B"/>
    <w:rsid w:val="0029639D"/>
    <w:rsid w:val="002F78D0"/>
    <w:rsid w:val="00326F90"/>
    <w:rsid w:val="00350C60"/>
    <w:rsid w:val="00374EF6"/>
    <w:rsid w:val="003B2301"/>
    <w:rsid w:val="004A1F16"/>
    <w:rsid w:val="00536B3D"/>
    <w:rsid w:val="005F6824"/>
    <w:rsid w:val="00612B94"/>
    <w:rsid w:val="00640B18"/>
    <w:rsid w:val="00662C62"/>
    <w:rsid w:val="007604C2"/>
    <w:rsid w:val="007A230C"/>
    <w:rsid w:val="00AA1D8D"/>
    <w:rsid w:val="00B47730"/>
    <w:rsid w:val="00CB0664"/>
    <w:rsid w:val="00D03A1A"/>
    <w:rsid w:val="00D72BB5"/>
    <w:rsid w:val="00E4351B"/>
    <w:rsid w:val="00F65BA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AB7762"/>
  <w14:defaultImageDpi w14:val="300"/>
  <w15:docId w15:val="{DD7AD4EE-7E58-4967-B483-F5B076FC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Chris Eade</cp:lastModifiedBy>
  <cp:revision>13</cp:revision>
  <dcterms:created xsi:type="dcterms:W3CDTF">2025-04-30T06:07:00Z</dcterms:created>
  <dcterms:modified xsi:type="dcterms:W3CDTF">2025-05-02T04:59:00Z</dcterms:modified>
  <cp:category/>
</cp:coreProperties>
</file>